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9ECE2" w14:textId="77777777" w:rsidR="00EB6244" w:rsidRDefault="00E62488">
      <w:pPr>
        <w:spacing w:after="140" w:line="240" w:lineRule="auto"/>
        <w:jc w:val="center"/>
      </w:pPr>
      <w:proofErr w:type="spellStart"/>
      <w:r>
        <w:rPr>
          <w:b/>
          <w:sz w:val="20"/>
        </w:rPr>
        <w:t>Cumprimento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sentença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coletiva</w:t>
      </w:r>
      <w:proofErr w:type="spellEnd"/>
      <w:r>
        <w:rPr>
          <w:b/>
          <w:sz w:val="20"/>
        </w:rPr>
        <w:t xml:space="preserve"> – Processo nº 0004522-39.2013.4.03.6000</w:t>
      </w:r>
    </w:p>
    <w:p w14:paraId="74F175BC" w14:textId="66EBC3A3" w:rsidR="00EB6244" w:rsidRDefault="00E62488">
      <w:pPr>
        <w:spacing w:after="60" w:line="240" w:lineRule="auto"/>
        <w:jc w:val="both"/>
      </w:pPr>
      <w:r>
        <w:t>Eu,</w:t>
      </w:r>
      <w:r w:rsidR="00F6021E">
        <w:t xml:space="preserve"> </w:t>
      </w:r>
      <w:r w:rsidR="00CE0466">
        <w:t>NOME COMPLETO</w:t>
      </w:r>
      <w:r w:rsidR="00F6021E">
        <w:t xml:space="preserve"> </w:t>
      </w:r>
      <w:r>
        <w:t xml:space="preserve">CPF </w:t>
      </w:r>
      <w:proofErr w:type="gramStart"/>
      <w:r>
        <w:t xml:space="preserve">nº </w:t>
      </w:r>
      <w:r w:rsidR="00E225EC">
        <w:t>,</w:t>
      </w:r>
      <w:proofErr w:type="gramEnd"/>
      <w:r w:rsidR="00E225EC">
        <w:t xml:space="preserve"> </w:t>
      </w:r>
      <w:r>
        <w:t>matrícula SIAPE nº</w:t>
      </w:r>
      <w:r w:rsidR="00557005">
        <w:t xml:space="preserve"> </w:t>
      </w:r>
      <w:r>
        <w:t xml:space="preserve">, </w:t>
      </w:r>
      <w:proofErr w:type="spellStart"/>
      <w:r>
        <w:t>declaro</w:t>
      </w:r>
      <w:proofErr w:type="spellEnd"/>
      <w:r>
        <w:t xml:space="preserve"> </w:t>
      </w:r>
      <w:proofErr w:type="spellStart"/>
      <w:r>
        <w:t>pessoalmente</w:t>
      </w:r>
      <w:proofErr w:type="spellEnd"/>
      <w:r>
        <w:t>, de forma livre, expressa e informada, sob minha responsabilidade:</w:t>
      </w:r>
    </w:p>
    <w:p w14:paraId="6E3EB31E" w14:textId="77777777" w:rsidR="00EB6244" w:rsidRDefault="00E62488">
      <w:pPr>
        <w:spacing w:after="44" w:line="240" w:lineRule="auto"/>
        <w:jc w:val="both"/>
      </w:pPr>
      <w:r>
        <w:rPr>
          <w:sz w:val="20"/>
        </w:rPr>
        <w:t xml:space="preserve">1. que </w:t>
      </w:r>
      <w:r>
        <w:rPr>
          <w:sz w:val="20"/>
        </w:rPr>
        <w:t>forneci ao escritório os documentos e informações necessários à verificação da minha legitimidade e do meu crédito;</w:t>
      </w:r>
    </w:p>
    <w:p w14:paraId="766A6F9F" w14:textId="45FBB512" w:rsidR="00EB6244" w:rsidRDefault="00E62488">
      <w:pPr>
        <w:spacing w:after="44" w:line="240" w:lineRule="auto"/>
        <w:jc w:val="both"/>
      </w:pPr>
      <w:r>
        <w:rPr>
          <w:sz w:val="20"/>
        </w:rPr>
        <w:t xml:space="preserve">2. que </w:t>
      </w:r>
      <w:r>
        <w:rPr>
          <w:sz w:val="20"/>
        </w:rPr>
        <w:t>☐</w:t>
      </w:r>
      <w:r>
        <w:rPr>
          <w:sz w:val="20"/>
        </w:rPr>
        <w:t xml:space="preserve"> NÃO </w:t>
      </w:r>
      <w:proofErr w:type="spellStart"/>
      <w:r>
        <w:rPr>
          <w:sz w:val="20"/>
        </w:rPr>
        <w:t>ajuizei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anteriormente</w:t>
      </w:r>
      <w:proofErr w:type="spellEnd"/>
      <w:r>
        <w:rPr>
          <w:sz w:val="20"/>
        </w:rPr>
        <w:t xml:space="preserve"> execução do mesmo título e do mesmo crédito; ou ☐ JÁ ajuizei/participei de execução, processo nº ________</w:t>
      </w:r>
      <w:r>
        <w:rPr>
          <w:sz w:val="20"/>
        </w:rPr>
        <w:t>______________________, fato que deverá ser analisado antes de qualquer novo protocolo;</w:t>
      </w:r>
    </w:p>
    <w:p w14:paraId="6C490BFD" w14:textId="77777777" w:rsidR="00EB6244" w:rsidRDefault="00E62488">
      <w:pPr>
        <w:spacing w:after="44" w:line="240" w:lineRule="auto"/>
        <w:jc w:val="both"/>
      </w:pPr>
      <w:r>
        <w:rPr>
          <w:sz w:val="20"/>
        </w:rPr>
        <w:t xml:space="preserve">3. que ☐ NÃO recebi restituição administrativa dos valores objeto da execução; ou ☐ RECEBI restituição administrativa, conforme documentos/informações que apresentarei </w:t>
      </w:r>
      <w:r>
        <w:rPr>
          <w:sz w:val="20"/>
        </w:rPr>
        <w:t>ao escritório;</w:t>
      </w:r>
    </w:p>
    <w:p w14:paraId="495DD209" w14:textId="77777777" w:rsidR="00EB6244" w:rsidRDefault="00E62488">
      <w:pPr>
        <w:spacing w:after="44" w:line="240" w:lineRule="auto"/>
        <w:jc w:val="both"/>
      </w:pPr>
      <w:r>
        <w:rPr>
          <w:sz w:val="20"/>
        </w:rPr>
        <w:t>4. que ☐ NÃO cedi, penhorei ou transferi o crédito; ou ☐ EXISTE cessão, penhora, inventário, sucessão ou outra restrição, que informarei e comprovarei documentalmente;</w:t>
      </w:r>
    </w:p>
    <w:p w14:paraId="2F4F771E" w14:textId="77777777" w:rsidR="00EB6244" w:rsidRDefault="00E62488">
      <w:pPr>
        <w:spacing w:after="44" w:line="240" w:lineRule="auto"/>
        <w:jc w:val="both"/>
      </w:pPr>
      <w:r>
        <w:rPr>
          <w:sz w:val="20"/>
        </w:rPr>
        <w:t xml:space="preserve">5. que estou ciente de que os cálculos são projeções técnicas sujeitas à </w:t>
      </w:r>
      <w:r>
        <w:rPr>
          <w:sz w:val="20"/>
        </w:rPr>
        <w:t>conferência judicial, atualização, compensações e eventual impugnação da União;</w:t>
      </w:r>
    </w:p>
    <w:p w14:paraId="16997731" w14:textId="77777777" w:rsidR="00EB6244" w:rsidRDefault="00E62488">
      <w:pPr>
        <w:spacing w:after="44" w:line="240" w:lineRule="auto"/>
        <w:jc w:val="both"/>
      </w:pPr>
      <w:r>
        <w:rPr>
          <w:sz w:val="20"/>
        </w:rPr>
        <w:t>6. que celebrei contrato individual com RICARDO CURVO DE ARAUJO SOCIEDADE INDIVIDUAL DE ADVOCACIA, CNPJ nº 65.976.539/0001-26, fixando honorários contratuais TOTAIS de 10% (dez</w:t>
      </w:r>
      <w:r>
        <w:rPr>
          <w:sz w:val="20"/>
        </w:rPr>
        <w:t xml:space="preserve"> por cento) sobre o benefício econômico bruto efetivamente reconhecido e disponibilizado em meu favor, compreendendo principal e atualização/SELIC, antes das retenções tributárias legalmente incidentes, se houver;</w:t>
      </w:r>
    </w:p>
    <w:p w14:paraId="187E5C9C" w14:textId="77777777" w:rsidR="00EB6244" w:rsidRDefault="00E62488">
      <w:pPr>
        <w:spacing w:after="44" w:line="240" w:lineRule="auto"/>
        <w:jc w:val="both"/>
      </w:pPr>
      <w:r>
        <w:rPr>
          <w:sz w:val="20"/>
        </w:rPr>
        <w:t xml:space="preserve">7. que, na condição de beneficiário(a) da </w:t>
      </w:r>
      <w:r>
        <w:rPr>
          <w:sz w:val="20"/>
        </w:rPr>
        <w:t>ação coletiva patrocinada em nome do SISTA/MS, adiro e ratifico individualmente, para todos os fins, a obrigação de honorários ad exitum de 10% relacionada ao mesmo benefício econômico, ficando expressamente esclarecido que NÃO haverá cobrança cumulativa d</w:t>
      </w:r>
      <w:r>
        <w:rPr>
          <w:sz w:val="20"/>
        </w:rPr>
        <w:t>e 10% + 10% pelo mesmo crédito: o percentual contratual total devido sobre este benefício é de 10%, abatendo-se qualquer quantia já paga ou recebida sob o mesmo título;</w:t>
      </w:r>
    </w:p>
    <w:p w14:paraId="42B37CED" w14:textId="77777777" w:rsidR="00EB6244" w:rsidRDefault="00E62488">
      <w:pPr>
        <w:spacing w:after="44" w:line="240" w:lineRule="auto"/>
        <w:jc w:val="both"/>
      </w:pPr>
      <w:r>
        <w:rPr>
          <w:sz w:val="20"/>
        </w:rPr>
        <w:t>8. que esta adesão individual e o novo contrato NÃO importam novação, remissão, quitaçã</w:t>
      </w:r>
      <w:r>
        <w:rPr>
          <w:sz w:val="20"/>
        </w:rPr>
        <w:t>o ou renúncia a direitos eventualmente existentes em face do SISTA/MS decorrentes dos instrumentos anteriores, até o efetivo pagamento dos honorários, sendo vedado qualquer recebimento em duplicidade;</w:t>
      </w:r>
    </w:p>
    <w:p w14:paraId="7ACC6909" w14:textId="77777777" w:rsidR="00EB6244" w:rsidRDefault="00E62488">
      <w:pPr>
        <w:spacing w:after="44" w:line="240" w:lineRule="auto"/>
        <w:jc w:val="both"/>
      </w:pPr>
      <w:r>
        <w:rPr>
          <w:sz w:val="20"/>
        </w:rPr>
        <w:t>9. que AUTORIZO EXPRESSAMENTE, de forma pessoal, a junt</w:t>
      </w:r>
      <w:r>
        <w:rPr>
          <w:sz w:val="20"/>
        </w:rPr>
        <w:t>ada do contrato e desta declaração aos autos e o destaque/dedução de 10% do meu crédito judicial, antes da expedição ou pagamento do requisitório, para pagamento direto à RICARDO CURVO DE ARAUJO SOCIEDADE INDIVIDUAL DE ADVOCACIA, CNPJ nº 65.976.539/0001-26</w:t>
      </w:r>
      <w:r>
        <w:rPr>
          <w:sz w:val="20"/>
        </w:rPr>
        <w:t>, salvo prova de pagamento anterior total ou parcial;</w:t>
      </w:r>
    </w:p>
    <w:p w14:paraId="0EE66F6A" w14:textId="77777777" w:rsidR="00EB6244" w:rsidRDefault="00E62488">
      <w:pPr>
        <w:spacing w:after="44" w:line="240" w:lineRule="auto"/>
        <w:jc w:val="both"/>
      </w:pPr>
      <w:r>
        <w:rPr>
          <w:sz w:val="20"/>
        </w:rPr>
        <w:t>10. que os honorários sucumbenciais fixados no cumprimento de sentença, em incidentes ou recursos pertencem ao advogado/sociedade, são suportados pela parte adversa na forma da decisão judicial e NÃO se</w:t>
      </w:r>
      <w:r>
        <w:rPr>
          <w:sz w:val="20"/>
        </w:rPr>
        <w:t xml:space="preserve"> confundem, NÃO se compensam e NÃO reduzem os honorários contratuais de 10%;</w:t>
      </w:r>
    </w:p>
    <w:p w14:paraId="394CF3C6" w14:textId="77777777" w:rsidR="00EB6244" w:rsidRDefault="00E62488">
      <w:pPr>
        <w:spacing w:after="44" w:line="240" w:lineRule="auto"/>
        <w:jc w:val="both"/>
      </w:pPr>
      <w:r>
        <w:rPr>
          <w:sz w:val="20"/>
        </w:rPr>
        <w:t>11. que a procuração outorgada NÃO autoriza o advogado ou a sociedade a levantar, sacar ou receber o meu crédito principal de RPV, precatório, alvará ou depósito judicial, permane</w:t>
      </w:r>
      <w:r>
        <w:rPr>
          <w:sz w:val="20"/>
        </w:rPr>
        <w:t>cendo o pagamento do principal destinado diretamente a mim; a autorização de recebimento limita-se aos honorários contratuais destacados e aos honorários sucumbenciais próprios do advogado/sociedade;</w:t>
      </w:r>
    </w:p>
    <w:p w14:paraId="5830CA98" w14:textId="77777777" w:rsidR="00EB6244" w:rsidRDefault="00E62488">
      <w:pPr>
        <w:spacing w:after="44" w:line="240" w:lineRule="auto"/>
        <w:jc w:val="both"/>
      </w:pPr>
      <w:r>
        <w:rPr>
          <w:sz w:val="20"/>
        </w:rPr>
        <w:t>12. que autorizo a juntada desta declaração e confirmo c</w:t>
      </w:r>
      <w:r>
        <w:rPr>
          <w:sz w:val="20"/>
        </w:rPr>
        <w:t>omo verdadeiros os dados e manifestações acima.</w:t>
      </w:r>
    </w:p>
    <w:p w14:paraId="62D916FD" w14:textId="77777777" w:rsidR="00EB6244" w:rsidRDefault="00E62488">
      <w:pPr>
        <w:spacing w:after="40" w:line="240" w:lineRule="auto"/>
      </w:pPr>
      <w:r>
        <w:rPr>
          <w:sz w:val="20"/>
        </w:rPr>
        <w:t>Situação sindical em relação ao SISTA/MS: ☐ filiado(a) atualmente  ☐ filiado(a) à época da ação  ☐ ex-filiado(a)  ☐ outro: ____________________</w:t>
      </w:r>
    </w:p>
    <w:p w14:paraId="3D53C5B9" w14:textId="77777777" w:rsidR="00EB6244" w:rsidRDefault="00E62488">
      <w:pPr>
        <w:spacing w:after="100" w:line="240" w:lineRule="auto"/>
      </w:pPr>
      <w:r>
        <w:rPr>
          <w:sz w:val="20"/>
        </w:rPr>
        <w:t>Situação funcional atual: ☐ ativo(a)  ☐ aposentado(a)  ☐ ex-serv</w:t>
      </w:r>
      <w:r>
        <w:rPr>
          <w:sz w:val="20"/>
        </w:rPr>
        <w:t>idor(a)  ☐ outro: ____________________</w:t>
      </w:r>
    </w:p>
    <w:p w14:paraId="51D50D91" w14:textId="7365B047" w:rsidR="00EB6244" w:rsidRDefault="00E62488">
      <w:pPr>
        <w:spacing w:after="0" w:line="240" w:lineRule="auto"/>
        <w:jc w:val="center"/>
      </w:pPr>
      <w:r>
        <w:t xml:space="preserve">Campo Grande/MS, </w:t>
      </w:r>
      <w:r w:rsidR="00204689">
        <w:t>08</w:t>
      </w:r>
      <w:r>
        <w:t xml:space="preserve"> de </w:t>
      </w:r>
      <w:r w:rsidR="00204689">
        <w:t>setembro</w:t>
      </w:r>
      <w:r>
        <w:t xml:space="preserve"> de 20</w:t>
      </w:r>
      <w:r w:rsidR="00204689">
        <w:t>26</w:t>
      </w:r>
      <w:r>
        <w:t>.</w:t>
      </w:r>
    </w:p>
    <w:p w14:paraId="5132EBCC" w14:textId="298CC076" w:rsidR="00204689" w:rsidRDefault="00204689">
      <w:pPr>
        <w:spacing w:after="0" w:line="240" w:lineRule="auto"/>
        <w:jc w:val="center"/>
      </w:pPr>
    </w:p>
    <w:p w14:paraId="17C0300F" w14:textId="430063F9" w:rsidR="00204689" w:rsidRDefault="00204689">
      <w:pPr>
        <w:spacing w:after="0" w:line="240" w:lineRule="auto"/>
        <w:jc w:val="center"/>
      </w:pPr>
    </w:p>
    <w:p w14:paraId="01082DF7" w14:textId="77777777" w:rsidR="00204689" w:rsidRDefault="00204689">
      <w:pPr>
        <w:spacing w:after="0" w:line="240" w:lineRule="auto"/>
        <w:jc w:val="center"/>
      </w:pPr>
    </w:p>
    <w:p w14:paraId="757658D3" w14:textId="77777777" w:rsidR="00EB6244" w:rsidRDefault="00E62488">
      <w:pPr>
        <w:spacing w:before="180" w:after="0" w:line="240" w:lineRule="auto"/>
        <w:jc w:val="center"/>
      </w:pPr>
      <w:r>
        <w:t>____________________________________________</w:t>
      </w:r>
    </w:p>
    <w:p w14:paraId="38D66081" w14:textId="607A3634" w:rsidR="00A20767" w:rsidRDefault="00CE0466" w:rsidP="00A20767">
      <w:pPr>
        <w:spacing w:after="0" w:line="240" w:lineRule="auto"/>
        <w:jc w:val="center"/>
      </w:pPr>
      <w:bookmarkStart w:id="0" w:name="_Hlk239760432"/>
      <w:r>
        <w:rPr>
          <w:b/>
        </w:rPr>
        <w:t>NOME COMPLETO</w:t>
      </w:r>
    </w:p>
    <w:p w14:paraId="134117FF" w14:textId="488AB48E" w:rsidR="00A20767" w:rsidRDefault="00A20767" w:rsidP="00A20767">
      <w:pPr>
        <w:spacing w:after="20" w:line="240" w:lineRule="auto"/>
        <w:jc w:val="center"/>
      </w:pPr>
      <w:r>
        <w:rPr>
          <w:sz w:val="20"/>
        </w:rPr>
        <w:t xml:space="preserve">CPF nº </w:t>
      </w:r>
    </w:p>
    <w:bookmarkEnd w:id="0"/>
    <w:p w14:paraId="5BF65314" w14:textId="223E29FE" w:rsidR="00EB6244" w:rsidRDefault="00EB6244" w:rsidP="005777AA">
      <w:pPr>
        <w:spacing w:after="0" w:line="240" w:lineRule="auto"/>
        <w:jc w:val="center"/>
      </w:pPr>
    </w:p>
    <w:sectPr w:rsidR="00EB6244" w:rsidSect="00034616">
      <w:headerReference w:type="default" r:id="rId8"/>
      <w:footerReference w:type="default" r:id="rId9"/>
      <w:pgSz w:w="12240" w:h="15840"/>
      <w:pgMar w:top="1020" w:right="1134" w:bottom="96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CEC45" w14:textId="77777777" w:rsidR="00E62488" w:rsidRDefault="00E62488">
      <w:pPr>
        <w:spacing w:after="0" w:line="240" w:lineRule="auto"/>
      </w:pPr>
      <w:r>
        <w:separator/>
      </w:r>
    </w:p>
  </w:endnote>
  <w:endnote w:type="continuationSeparator" w:id="0">
    <w:p w14:paraId="5B50C928" w14:textId="77777777" w:rsidR="00E62488" w:rsidRDefault="00E62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49C43" w14:textId="77777777" w:rsidR="006C079C" w:rsidRDefault="00E62488">
    <w:pPr>
      <w:jc w:val="center"/>
    </w:pPr>
    <w:r>
      <w:rPr>
        <w:sz w:val="16"/>
      </w:rPr>
      <w:t>Processo de conhecimento nº 0004522-39.2013.4.03.6000 | Documento-modelo para cumprimento de sentença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77E91" w14:textId="77777777" w:rsidR="00E62488" w:rsidRDefault="00E62488">
      <w:pPr>
        <w:spacing w:after="0" w:line="240" w:lineRule="auto"/>
      </w:pPr>
      <w:r>
        <w:separator/>
      </w:r>
    </w:p>
  </w:footnote>
  <w:footnote w:type="continuationSeparator" w:id="0">
    <w:p w14:paraId="52006CBB" w14:textId="77777777" w:rsidR="00E62488" w:rsidRDefault="00E62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780B4" w14:textId="77777777" w:rsidR="006C079C" w:rsidRDefault="00E62488">
    <w:pPr>
      <w:jc w:val="center"/>
    </w:pPr>
    <w:r>
      <w:rPr>
        <w:b/>
        <w:sz w:val="18"/>
      </w:rPr>
      <w:t xml:space="preserve">RICARDO CURVO DE ARAUJO SOCIEDADE INDIVIDUAL DE </w:t>
    </w:r>
    <w:r>
      <w:rPr>
        <w:b/>
        <w:sz w:val="18"/>
      </w:rPr>
      <w:t>ADVOCACIA</w:t>
    </w:r>
    <w:r>
      <w:rPr>
        <w:sz w:val="16"/>
      </w:rPr>
      <w:br/>
      <w:t>CNPJ 65.976.539/0001-26 | OAB/MS nº 3832/2026 | Rua Vinte e Seis de Agosto, nº 384, Centro, Sala 62, Campo Grande/MS, CEP 79.002-913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020D"/>
    <w:rsid w:val="00204689"/>
    <w:rsid w:val="002909A1"/>
    <w:rsid w:val="0029639D"/>
    <w:rsid w:val="002F71B7"/>
    <w:rsid w:val="00304F69"/>
    <w:rsid w:val="00326F90"/>
    <w:rsid w:val="00557005"/>
    <w:rsid w:val="005777AA"/>
    <w:rsid w:val="00627740"/>
    <w:rsid w:val="00972F5B"/>
    <w:rsid w:val="009D0A0C"/>
    <w:rsid w:val="00A20767"/>
    <w:rsid w:val="00AA1D8D"/>
    <w:rsid w:val="00AF33D0"/>
    <w:rsid w:val="00B47730"/>
    <w:rsid w:val="00C4632B"/>
    <w:rsid w:val="00CB0664"/>
    <w:rsid w:val="00CE0466"/>
    <w:rsid w:val="00D21D26"/>
    <w:rsid w:val="00E02278"/>
    <w:rsid w:val="00E225EC"/>
    <w:rsid w:val="00E62488"/>
    <w:rsid w:val="00EB6244"/>
    <w:rsid w:val="00F6021E"/>
    <w:rsid w:val="00FA71FA"/>
    <w:rsid w:val="00FB55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2C56B"/>
  <w14:defaultImageDpi w14:val="300"/>
  <w15:docId w15:val="{69B9367C-19E4-4D74-93B3-13EBD1C5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SISTA MS</cp:lastModifiedBy>
  <cp:revision>2</cp:revision>
  <cp:lastPrinted>2026-09-08T18:28:00Z</cp:lastPrinted>
  <dcterms:created xsi:type="dcterms:W3CDTF">2026-09-08T18:36:00Z</dcterms:created>
  <dcterms:modified xsi:type="dcterms:W3CDTF">2026-09-08T18:36:00Z</dcterms:modified>
  <cp:category/>
</cp:coreProperties>
</file>